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6"/>
        </w:rPr>
        <w:t>АКТ О ПРИЁМЕ-ПЕРЕДАЧЕ ОБОРУДОВАНИЯ В МОНТАЖ</w:t>
      </w:r>
    </w:p>
    <w:p>
      <w:pPr>
        <w:spacing w:after="40" w:before="0" w:line="276" w:lineRule="auto"/>
        <w:jc w:val="center"/>
      </w:pPr>
      <w:r>
        <w:rPr>
          <w:rFonts w:ascii="Times New Roman" w:hAnsi="Times New Roman" w:cs="Times New Roman"/>
          <w:b w:val="0"/>
          <w:i w:val="0"/>
          <w:sz w:val="22"/>
        </w:rPr>
        <w:t>(к унифицированной форме № ОС-15)</w:t>
      </w:r>
    </w:p>
    <w:p>
      <w:pPr>
        <w:spacing w:after="160" w:before="0" w:line="276" w:lineRule="auto"/>
        <w:jc w:val="center"/>
      </w:pPr>
      <w:r>
        <w:rPr>
          <w:rFonts w:ascii="Times New Roman" w:hAnsi="Times New Roman" w:cs="Times New Roman"/>
          <w:b w:val="0"/>
          <w:i/>
          <w:sz w:val="18"/>
        </w:rPr>
        <w:t>Рекомендуемая форма. Официальный образец унифицированной формы № ОС-15 — Постановление Госкомстата РФ от 21.01.2003 № 7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1. Организация-заказчик: </w:t>
      </w:r>
      <w:r>
        <w:rPr>
          <w:rFonts w:ascii="Times New Roman" w:hAnsi="Times New Roman" w:cs="Times New Roman"/>
          <w:sz w:val="22"/>
        </w:rPr>
        <w:t>____________________________________________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Структурное подразделение заказчика: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Номер подразделения: </w:t>
      </w:r>
      <w:r>
        <w:rPr>
          <w:rFonts w:ascii="Times New Roman" w:hAnsi="Times New Roman" w:cs="Times New Roman"/>
          <w:sz w:val="22"/>
        </w:rPr>
        <w:t>______________________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2. Основание для составления акта: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документа, дата, номер)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3. Счёт № </w:t>
      </w:r>
      <w:r>
        <w:rPr>
          <w:rFonts w:ascii="Times New Roman" w:hAnsi="Times New Roman" w:cs="Times New Roman"/>
          <w:sz w:val="22"/>
        </w:rPr>
        <w:t>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Субсчёт № </w:t>
      </w:r>
      <w:r>
        <w:rPr>
          <w:rFonts w:ascii="Times New Roman" w:hAnsi="Times New Roman" w:cs="Times New Roman"/>
          <w:sz w:val="22"/>
        </w:rPr>
        <w:t>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Код аналитического учёта № </w:t>
      </w:r>
      <w:r>
        <w:rPr>
          <w:rFonts w:ascii="Times New Roman" w:hAnsi="Times New Roman" w:cs="Times New Roman"/>
          <w:sz w:val="22"/>
        </w:rPr>
        <w:t>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4. Сдача в монтаж: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 сдачи в монтаж)</w:t>
      </w:r>
    </w:p>
    <w:p>
      <w:pPr>
        <w:spacing w:after="100" w:before="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2"/>
        </w:rPr>
        <w:t>Дата сдачи в эксплуатацию: по договору ______________ / фактическая ______________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5. Номер и дата документа: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(номер и дата документа)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6. Место составления акта: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(место составления)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Вид работы: </w:t>
      </w:r>
      <w:r>
        <w:rPr>
          <w:rFonts w:ascii="Times New Roman" w:hAnsi="Times New Roman" w:cs="Times New Roman"/>
          <w:sz w:val="22"/>
        </w:rPr>
        <w:t>______________________________</w:t>
      </w:r>
      <w:r>
        <w:rPr>
          <w:rFonts w:ascii="Times New Roman" w:hAnsi="Times New Roman" w:cs="Times New Roman"/>
          <w:i/>
          <w:sz w:val="18"/>
        </w:rPr>
        <w:t xml:space="preserve"> (наименование вида работы)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Наименование и место установки оборудования: </w:t>
      </w:r>
      <w:r>
        <w:rPr>
          <w:rFonts w:ascii="Times New Roman" w:hAnsi="Times New Roman" w:cs="Times New Roman"/>
          <w:sz w:val="22"/>
        </w:rPr>
        <w:t>__________</w:t>
      </w:r>
      <w:r>
        <w:rPr>
          <w:rFonts w:ascii="Times New Roman" w:hAnsi="Times New Roman" w:cs="Times New Roman"/>
          <w:i/>
          <w:sz w:val="18"/>
        </w:rPr>
        <w:t xml:space="preserve"> (наименование, место установки)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28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Организация-изготовитель:</w:t>
            </w:r>
          </w:p>
        </w:tc>
        <w:tc>
          <w:tcPr>
            <w:tcW w:type="dxa" w:w="635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(наименование, ОКПО) ______________________________________________</w:t>
            </w:r>
          </w:p>
        </w:tc>
      </w:tr>
      <w:tr>
        <w:tc>
          <w:tcPr>
            <w:tcW w:type="dxa" w:w="328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Организация-поставщик:</w:t>
            </w:r>
          </w:p>
        </w:tc>
        <w:tc>
          <w:tcPr>
            <w:tcW w:type="dxa" w:w="635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(наименование, ОКПО) ______________________________________________</w:t>
            </w:r>
          </w:p>
        </w:tc>
      </w:tr>
      <w:tr>
        <w:tc>
          <w:tcPr>
            <w:tcW w:type="dxa" w:w="328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Монтажная организация:</w:t>
            </w:r>
          </w:p>
        </w:tc>
        <w:tc>
          <w:tcPr>
            <w:tcW w:type="dxa" w:w="6350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(наименование, ОКПО) ______________________________________________</w:t>
            </w:r>
          </w:p>
        </w:tc>
      </w:tr>
    </w:tbl>
    <w:p>
      <w:pPr>
        <w:spacing w:after="40" w:before="0" w:line="276" w:lineRule="auto"/>
        <w:jc w:val="left"/>
      </w:pPr>
    </w:p>
    <w:p>
      <w:pPr>
        <w:spacing w:after="60" w:before="0" w:line="276" w:lineRule="auto"/>
        <w:jc w:val="left"/>
      </w:pPr>
      <w:r>
        <w:rPr>
          <w:rFonts w:ascii="Times New Roman" w:hAnsi="Times New Roman" w:cs="Times New Roman"/>
          <w:b/>
          <w:i w:val="0"/>
          <w:sz w:val="20"/>
        </w:rPr>
        <w:t>Оборудование, передаваемое в монтаж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c>
          <w:tcPr>
            <w:tcW w:type="dxa" w:w="147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Наименование</w:t>
            </w:r>
          </w:p>
        </w:tc>
        <w:tc>
          <w:tcPr>
            <w:tcW w:type="dxa" w:w="113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Заводской (номенклатурный) номер</w:t>
            </w:r>
          </w:p>
        </w:tc>
        <w:tc>
          <w:tcPr>
            <w:tcW w:type="dxa" w:w="680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Тип</w:t>
            </w:r>
          </w:p>
        </w:tc>
        <w:tc>
          <w:tcPr>
            <w:tcW w:type="dxa" w:w="79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Марка</w:t>
            </w:r>
          </w:p>
        </w:tc>
        <w:tc>
          <w:tcPr>
            <w:tcW w:type="dxa" w:w="1020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Позиция по технологической схеме</w:t>
            </w:r>
          </w:p>
        </w:tc>
        <w:tc>
          <w:tcPr>
            <w:tcW w:type="dxa" w:w="737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Количество</w:t>
            </w:r>
          </w:p>
        </w:tc>
        <w:tc>
          <w:tcPr>
            <w:tcW w:type="dxa" w:w="79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Стоимость</w:t>
            </w:r>
          </w:p>
        </w:tc>
        <w:tc>
          <w:tcPr>
            <w:tcW w:type="dxa" w:w="1020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Дата поступления на склад заказчика</w:t>
            </w:r>
          </w:p>
        </w:tc>
        <w:tc>
          <w:tcPr>
            <w:tcW w:type="dxa" w:w="79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Номер акта приёмки</w:t>
            </w:r>
          </w:p>
        </w:tc>
        <w:tc>
          <w:tcPr>
            <w:tcW w:type="dxa" w:w="624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6"/>
              </w:rPr>
              <w:t>Примечание</w:t>
            </w:r>
          </w:p>
        </w:tc>
      </w:tr>
      <w:tr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  <w:tr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  <w:tc>
          <w:tcPr>
            <w:tcW w:type="dxa" w:w="964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after="120" w:before="0" w:line="276" w:lineRule="auto"/>
        <w:jc w:val="center"/>
      </w:pPr>
      <w:r>
        <w:rPr>
          <w:rFonts w:ascii="Times New Roman" w:hAnsi="Times New Roman" w:cs="Times New Roman"/>
          <w:b/>
          <w:i w:val="0"/>
          <w:sz w:val="22"/>
        </w:rPr>
        <w:t>Оборотная сторона акта</w:t>
      </w:r>
    </w:p>
    <w:p>
      <w:pPr>
        <w:spacing w:after="60" w:before="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Оборудование:</w:t>
      </w:r>
    </w:p>
    <w:p>
      <w:pPr>
        <w:spacing w:after="80" w:before="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2"/>
        </w:rPr>
        <w:t>(   ) соответствует   (   ) не соответствует проектной специализации или чертежу</w:t>
      </w:r>
    </w:p>
    <w:p>
      <w:pPr>
        <w:spacing w:after="80" w:before="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2"/>
        </w:rPr>
        <w:t>(   ) комплектно   (   ) некомплектно</w:t>
      </w:r>
    </w:p>
    <w:p>
      <w:pPr>
        <w:spacing w:after="80" w:before="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2"/>
        </w:rPr>
        <w:t>(   ) дефекты не обнаружены   (   ) обнаружены</w:t>
      </w:r>
    </w:p>
    <w:p>
      <w:pPr>
        <w:spacing w:after="10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 передано: </w:t>
      </w:r>
      <w:r>
        <w:rPr>
          <w:rFonts w:ascii="Times New Roman" w:hAnsi="Times New Roman" w:cs="Times New Roman"/>
          <w:sz w:val="22"/>
        </w:rPr>
        <w:t>__________________</w:t>
      </w:r>
      <w:r>
        <w:rPr>
          <w:rFonts w:ascii="Times New Roman" w:hAnsi="Times New Roman" w:cs="Times New Roman"/>
          <w:i/>
          <w:sz w:val="18"/>
        </w:rPr>
        <w:t xml:space="preserve"> (указать состав комплекта и некомплектность технической документации, по которой произведена приемка, и какая комплектность)</w:t>
      </w:r>
    </w:p>
    <w:p>
      <w:pPr>
        <w:spacing w:after="160" w:line="276" w:lineRule="auto"/>
      </w:pPr>
      <w:r>
        <w:rPr>
          <w:rFonts w:ascii="Times New Roman" w:hAnsi="Times New Roman" w:cs="Times New Roman"/>
          <w:sz w:val="22"/>
        </w:rPr>
        <w:t xml:space="preserve">Заключение о пригодности к монтажу: </w:t>
      </w:r>
      <w:r>
        <w:rPr>
          <w:rFonts w:ascii="Times New Roman" w:hAnsi="Times New Roman" w:cs="Times New Roman"/>
          <w:sz w:val="22"/>
        </w:rPr>
        <w:t>____________________________________________</w:t>
      </w:r>
    </w:p>
    <w:p>
      <w:pPr>
        <w:spacing w:after="40" w:before="0" w:line="276" w:lineRule="auto"/>
        <w:jc w:val="lef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294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Должность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Подпись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Расшифровка подписи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/>
                <w:sz w:val="18"/>
              </w:rPr>
              <w:t>Дата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Сдал: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  <w:tr>
        <w:tc>
          <w:tcPr>
            <w:tcW w:type="dxa" w:w="2948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Принял: (должность)</w:t>
            </w:r>
          </w:p>
        </w:tc>
        <w:tc>
          <w:tcPr>
            <w:tcW w:type="dxa" w:w="1928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</w:t>
            </w:r>
          </w:p>
        </w:tc>
        <w:tc>
          <w:tcPr>
            <w:tcW w:type="dxa" w:w="3061"/>
          </w:tcPr>
          <w:p>
            <w:pPr>
              <w:spacing w:after="20" w:before="20" w:line="240" w:lineRule="auto"/>
              <w:jc w:val="left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________________________</w:t>
            </w:r>
          </w:p>
        </w:tc>
        <w:tc>
          <w:tcPr>
            <w:tcW w:type="dxa" w:w="1701"/>
          </w:tcPr>
          <w:p>
            <w:pPr>
              <w:spacing w:after="20" w:before="20" w:line="240" w:lineRule="auto"/>
              <w:jc w:val="center"/>
            </w:pPr>
            <w:r/>
            <w:r>
              <w:rPr>
                <w:rFonts w:ascii="Times New Roman" w:hAnsi="Times New Roman" w:cs="Times New Roman"/>
                <w:b w:val="0"/>
                <w:sz w:val="18"/>
              </w:rPr>
              <w:t>____________</w:t>
            </w:r>
          </w:p>
        </w:tc>
      </w:tr>
    </w:tbl>
    <w:p>
      <w:pPr>
        <w:spacing w:after="40" w:before="80" w:line="276" w:lineRule="auto"/>
        <w:jc w:val="left"/>
      </w:pPr>
      <w:r>
        <w:rPr>
          <w:rFonts w:ascii="Times New Roman" w:hAnsi="Times New Roman" w:cs="Times New Roman"/>
          <w:b w:val="0"/>
          <w:i w:val="0"/>
          <w:sz w:val="20"/>
        </w:rPr>
        <w:t>М.П.</w:t>
      </w:r>
    </w:p>
    <w:p>
      <w:pPr>
        <w:spacing w:after="80" w:before="200" w:line="276" w:lineRule="auto"/>
        <w:jc w:val="left"/>
      </w:pPr>
      <w:r>
        <w:rPr>
          <w:rFonts w:ascii="Times New Roman" w:hAnsi="Times New Roman" w:cs="Times New Roman"/>
          <w:b/>
          <w:i w:val="0"/>
          <w:sz w:val="22"/>
        </w:rPr>
        <w:t>Отметка о принятии на ответственное хранение</w:t>
      </w:r>
    </w:p>
    <w:p>
      <w:pPr>
        <w:spacing w:after="80" w:line="276" w:lineRule="auto"/>
      </w:pPr>
      <w:r>
        <w:rPr>
          <w:rFonts w:ascii="Times New Roman" w:hAnsi="Times New Roman" w:cs="Times New Roman"/>
          <w:sz w:val="22"/>
        </w:rPr>
        <w:t xml:space="preserve">Оборудование принято на ответственное хранение: </w:t>
      </w:r>
      <w:r>
        <w:rPr>
          <w:rFonts w:ascii="Times New Roman" w:hAnsi="Times New Roman" w:cs="Times New Roman"/>
          <w:sz w:val="22"/>
        </w:rPr>
        <w:t>__________________________________</w:t>
      </w:r>
    </w:p>
    <w:p>
      <w:pPr>
        <w:spacing w:after="80" w:line="276" w:lineRule="auto"/>
      </w:pPr>
      <w:r>
        <w:rPr>
          <w:rFonts w:ascii="Times New Roman" w:hAnsi="Times New Roman" w:cs="Times New Roman"/>
          <w:sz w:val="22"/>
        </w:rPr>
        <w:t xml:space="preserve">Дата и подпись: </w:t>
      </w:r>
      <w:r>
        <w:rPr>
          <w:rFonts w:ascii="Times New Roman" w:hAnsi="Times New Roman" w:cs="Times New Roman"/>
          <w:sz w:val="22"/>
        </w:rPr>
        <w:t>____________________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2"/>
        </w:rPr>
        <w:t xml:space="preserve">Дата: </w:t>
      </w:r>
      <w:r>
        <w:rPr>
          <w:rFonts w:ascii="Times New Roman" w:hAnsi="Times New Roman" w:cs="Times New Roman"/>
          <w:sz w:val="22"/>
        </w:rPr>
        <w:t>______________________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</w:pPr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priema peredachi oborudovaniya v montazh</dc:title>
  <dc:subject/>
  <dc:creator>Резцофф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