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cs="Times New Roman"/>
          <w:b/>
          <w:i w:val="0"/>
          <w:sz w:val="26"/>
        </w:rPr>
        <w:t>АКТ СДАЧИ ОБОРУДОВАНИЯ В ЭКСПЛУАТАЦИЮ</w:t>
      </w:r>
    </w:p>
    <w:p>
      <w:pPr>
        <w:spacing w:after="160" w:before="0" w:line="276" w:lineRule="auto"/>
        <w:jc w:val="center"/>
      </w:pPr>
      <w:r>
        <w:rPr>
          <w:rFonts w:ascii="Times New Roman" w:hAnsi="Times New Roman" w:cs="Times New Roman"/>
          <w:b w:val="0"/>
          <w:i/>
          <w:sz w:val="18"/>
        </w:rPr>
        <w:t>Рекомендуемая форма. Состав и реквизиты определяются проектом и договором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Наименование объекта: </w:t>
      </w:r>
      <w:r>
        <w:rPr>
          <w:rFonts w:ascii="Times New Roman" w:hAnsi="Times New Roman" w:cs="Times New Roman"/>
          <w:sz w:val="22"/>
        </w:rPr>
        <w:t>__________________________________________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Адрес объекта: </w:t>
      </w:r>
      <w:r>
        <w:rPr>
          <w:rFonts w:ascii="Times New Roman" w:hAnsi="Times New Roman" w:cs="Times New Roman"/>
          <w:sz w:val="22"/>
        </w:rPr>
        <w:t>____________________________________________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Заказчик: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организации)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Подрядчик: </w:t>
      </w:r>
      <w:r>
        <w:rPr>
          <w:rFonts w:ascii="Times New Roman" w:hAnsi="Times New Roman" w:cs="Times New Roman"/>
          <w:sz w:val="22"/>
        </w:rPr>
        <w:t>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организации)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Основание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Договор: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(номер и дата)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Акт окончания монтажных работ: </w:t>
      </w:r>
      <w:r>
        <w:rPr>
          <w:rFonts w:ascii="Times New Roman" w:hAnsi="Times New Roman" w:cs="Times New Roman"/>
          <w:sz w:val="22"/>
        </w:rPr>
        <w:t>________________________</w:t>
      </w:r>
      <w:r>
        <w:rPr>
          <w:rFonts w:ascii="Times New Roman" w:hAnsi="Times New Roman" w:cs="Times New Roman"/>
          <w:i/>
          <w:sz w:val="18"/>
        </w:rPr>
        <w:t xml:space="preserve"> (номер и дата)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Акт комплексного опробования: </w:t>
      </w:r>
      <w:r>
        <w:rPr>
          <w:rFonts w:ascii="Times New Roman" w:hAnsi="Times New Roman" w:cs="Times New Roman"/>
          <w:sz w:val="22"/>
        </w:rPr>
        <w:t>______________________</w:t>
      </w:r>
      <w:r>
        <w:rPr>
          <w:rFonts w:ascii="Times New Roman" w:hAnsi="Times New Roman" w:cs="Times New Roman"/>
          <w:i/>
          <w:sz w:val="18"/>
        </w:rPr>
        <w:t xml:space="preserve"> (номер и дата)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Перечень переданного имущества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328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Наименование имущества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Заводской (номенклатурный) номер</w:t>
            </w:r>
          </w:p>
        </w:tc>
        <w:tc>
          <w:tcPr>
            <w:tcW w:type="dxa" w:w="147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Количество</w:t>
            </w:r>
          </w:p>
        </w:tc>
        <w:tc>
          <w:tcPr>
            <w:tcW w:type="dxa" w:w="204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Перечень переданной исполнительной документации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90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№ п/п</w:t>
            </w:r>
          </w:p>
        </w:tc>
        <w:tc>
          <w:tcPr>
            <w:tcW w:type="dxa" w:w="419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Наименование документа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Количество листов</w:t>
            </w:r>
          </w:p>
        </w:tc>
        <w:tc>
          <w:tcPr>
            <w:tcW w:type="dxa" w:w="2835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Примечание</w:t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241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Гарантийные сроки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Гарантийный срок на монтажные работы: </w:t>
      </w:r>
      <w:r>
        <w:rPr>
          <w:rFonts w:ascii="Times New Roman" w:hAnsi="Times New Roman" w:cs="Times New Roman"/>
          <w:sz w:val="22"/>
        </w:rPr>
        <w:t>____________________</w:t>
      </w:r>
      <w:r>
        <w:rPr>
          <w:rFonts w:ascii="Times New Roman" w:hAnsi="Times New Roman" w:cs="Times New Roman"/>
          <w:i/>
          <w:sz w:val="18"/>
        </w:rPr>
        <w:t xml:space="preserve"> (срок, единица измерения)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Гарантийный срок на оборудование: </w:t>
      </w:r>
      <w:r>
        <w:rPr>
          <w:rFonts w:ascii="Times New Roman" w:hAnsi="Times New Roman" w:cs="Times New Roman"/>
          <w:sz w:val="22"/>
        </w:rPr>
        <w:t>____________________</w:t>
      </w:r>
      <w:r>
        <w:rPr>
          <w:rFonts w:ascii="Times New Roman" w:hAnsi="Times New Roman" w:cs="Times New Roman"/>
          <w:i/>
          <w:sz w:val="18"/>
        </w:rPr>
        <w:t xml:space="preserve"> (срок, единица измерения)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Начало течения гарантии: </w:t>
      </w:r>
      <w:r>
        <w:rPr>
          <w:rFonts w:ascii="Times New Roman" w:hAnsi="Times New Roman" w:cs="Times New Roman"/>
          <w:sz w:val="22"/>
        </w:rPr>
        <w:t>__________________________</w:t>
      </w:r>
      <w:r>
        <w:rPr>
          <w:rFonts w:ascii="Times New Roman" w:hAnsi="Times New Roman" w:cs="Times New Roman"/>
          <w:i/>
          <w:sz w:val="18"/>
        </w:rPr>
        <w:t xml:space="preserve"> (событие или дата)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Замечания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Замечания при сдаче: </w:t>
      </w:r>
      <w:r>
        <w:rPr>
          <w:rFonts w:ascii="Times New Roman" w:hAnsi="Times New Roman" w:cs="Times New Roman"/>
          <w:sz w:val="22"/>
        </w:rPr>
        <w:t>____________________________________________</w:t>
      </w:r>
      <w:r>
        <w:rPr>
          <w:rFonts w:ascii="Times New Roman" w:hAnsi="Times New Roman" w:cs="Times New Roman"/>
          <w:i/>
          <w:sz w:val="18"/>
        </w:rPr>
        <w:t xml:space="preserve"> (описание)</w:t>
      </w:r>
    </w:p>
    <w:p>
      <w:pPr>
        <w:spacing w:after="80" w:before="16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Заключение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Оборудование принято в эксплуатацию: </w:t>
      </w:r>
      <w:r>
        <w:rPr>
          <w:rFonts w:ascii="Times New Roman" w:hAnsi="Times New Roman" w:cs="Times New Roman"/>
          <w:sz w:val="22"/>
        </w:rPr>
        <w:t>__________________________</w:t>
      </w:r>
      <w:r>
        <w:rPr>
          <w:rFonts w:ascii="Times New Roman" w:hAnsi="Times New Roman" w:cs="Times New Roman"/>
          <w:i/>
          <w:sz w:val="18"/>
        </w:rPr>
        <w:t xml:space="preserve"> (вывод комиссии)</w:t>
      </w:r>
    </w:p>
    <w:p>
      <w:pPr>
        <w:spacing w:after="40" w:before="0" w:line="276" w:lineRule="auto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94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Должность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Подпись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Расшифровка подписи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Дата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Заказчик: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Подрядчик: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</w:tbl>
    <w:p>
      <w:pPr>
        <w:spacing w:after="40" w:before="8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0"/>
        </w:rPr>
        <w:t>М.П.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Дата: </w:t>
      </w:r>
      <w:r>
        <w:rPr>
          <w:rFonts w:ascii="Times New Roman" w:hAnsi="Times New Roman" w:cs="Times New Roman"/>
          <w:sz w:val="22"/>
        </w:rPr>
        <w:t>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sdachi oborudovaniya v ekspluatacziyu</dc:title>
  <dc:subject/>
  <dc:creator>Резцофф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